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866584" w14:textId="77777777" w:rsidR="001B7C25" w:rsidRPr="003C092C" w:rsidRDefault="001B7C25" w:rsidP="001B7C25">
      <w:pPr>
        <w:spacing w:after="0"/>
        <w:jc w:val="center"/>
        <w:rPr>
          <w:rFonts w:ascii="Segoe Print" w:hAnsi="Segoe Print" w:cs="Calibri Light"/>
          <w:color w:val="EBA900"/>
          <w:sz w:val="40"/>
          <w:szCs w:val="40"/>
        </w:rPr>
      </w:pPr>
      <w:r w:rsidRPr="003C092C">
        <w:rPr>
          <w:rFonts w:ascii="Segoe Print" w:hAnsi="Segoe Print" w:cs="Calibri Light"/>
          <w:color w:val="EBA900"/>
          <w:sz w:val="40"/>
          <w:szCs w:val="40"/>
        </w:rPr>
        <w:t>[CHURCH NAME]</w:t>
      </w:r>
    </w:p>
    <w:p w14:paraId="3F153240" w14:textId="77777777" w:rsidR="001B7C25" w:rsidRPr="001B7C25" w:rsidRDefault="001B7C25" w:rsidP="001B7C25">
      <w:pPr>
        <w:spacing w:after="0"/>
        <w:jc w:val="center"/>
        <w:rPr>
          <w:rFonts w:ascii="Segoe Print" w:hAnsi="Segoe Print" w:cs="Calibri Light"/>
          <w:color w:val="EBA900"/>
          <w:sz w:val="16"/>
          <w:szCs w:val="16"/>
        </w:rPr>
      </w:pPr>
    </w:p>
    <w:p w14:paraId="4CBAB248" w14:textId="77777777" w:rsidR="004A2D1D" w:rsidRPr="00A461F5" w:rsidRDefault="00000000" w:rsidP="00A461F5">
      <w:pPr>
        <w:spacing w:after="0"/>
        <w:jc w:val="center"/>
        <w:rPr>
          <w:rFonts w:ascii="Segoe Print" w:hAnsi="Segoe Print" w:cs="Calibri Light"/>
          <w:color w:val="EBA900"/>
          <w:sz w:val="28"/>
          <w:szCs w:val="28"/>
        </w:rPr>
      </w:pPr>
      <w:r w:rsidRPr="00A461F5">
        <w:rPr>
          <w:rFonts w:ascii="Segoe Print" w:hAnsi="Segoe Print" w:cs="Calibri Light"/>
          <w:color w:val="EBA900"/>
          <w:sz w:val="28"/>
          <w:szCs w:val="28"/>
        </w:rPr>
        <w:t>A prayerful invitation to reflect on our giving</w:t>
      </w:r>
    </w:p>
    <w:p w14:paraId="464A9CA7" w14:textId="77777777" w:rsidR="007E317F" w:rsidRDefault="007E317F" w:rsidP="008209FB">
      <w:pPr>
        <w:spacing w:after="0"/>
        <w:jc w:val="center"/>
        <w:rPr>
          <w:rFonts w:ascii="Segoe Print" w:hAnsi="Segoe Print" w:cs="Calibri Light"/>
          <w:color w:val="EBA900"/>
          <w:sz w:val="28"/>
          <w:szCs w:val="28"/>
        </w:rPr>
      </w:pPr>
    </w:p>
    <w:p w14:paraId="411296CD" w14:textId="2DB1EA6E" w:rsidR="007E317F" w:rsidRDefault="007E317F" w:rsidP="008209FB">
      <w:pPr>
        <w:spacing w:after="0"/>
        <w:jc w:val="center"/>
        <w:rPr>
          <w:rFonts w:ascii="Segoe Print" w:hAnsi="Segoe Print" w:cs="Calibri Light"/>
          <w:color w:val="EBA900"/>
          <w:sz w:val="28"/>
          <w:szCs w:val="28"/>
        </w:rPr>
      </w:pPr>
      <w:r>
        <w:rPr>
          <w:rFonts w:ascii="Segoe Print" w:hAnsi="Segoe Print" w:cs="Calibri Light"/>
          <w:noProof/>
          <w:color w:val="EBA900"/>
          <w:sz w:val="28"/>
          <w:szCs w:val="28"/>
        </w:rPr>
        <w:drawing>
          <wp:inline distT="0" distB="0" distL="0" distR="0" wp14:anchorId="1D7B5C86" wp14:editId="04BA9B44">
            <wp:extent cx="2417276" cy="2417276"/>
            <wp:effectExtent l="0" t="0" r="0" b="0"/>
            <wp:docPr id="736468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68814" name="Picture 736468814"/>
                    <pic:cNvPicPr/>
                  </pic:nvPicPr>
                  <pic:blipFill>
                    <a:blip r:embed="rId8"/>
                    <a:stretch>
                      <a:fillRect/>
                    </a:stretch>
                  </pic:blipFill>
                  <pic:spPr>
                    <a:xfrm>
                      <a:off x="0" y="0"/>
                      <a:ext cx="2443095" cy="2443095"/>
                    </a:xfrm>
                    <a:prstGeom prst="rect">
                      <a:avLst/>
                    </a:prstGeom>
                  </pic:spPr>
                </pic:pic>
              </a:graphicData>
            </a:graphic>
          </wp:inline>
        </w:drawing>
      </w:r>
    </w:p>
    <w:p w14:paraId="7C311A9C" w14:textId="77777777" w:rsidR="008209FB" w:rsidRDefault="008209FB" w:rsidP="008209FB">
      <w:pPr>
        <w:spacing w:after="0"/>
        <w:rPr>
          <w:rFonts w:ascii="Segoe Print" w:hAnsi="Segoe Print" w:cs="Calibri Light"/>
          <w:color w:val="EBA900"/>
          <w:sz w:val="28"/>
          <w:szCs w:val="28"/>
        </w:rPr>
      </w:pPr>
    </w:p>
    <w:p w14:paraId="70C12A13" w14:textId="77777777" w:rsidR="00316DEB" w:rsidRDefault="00316DEB" w:rsidP="008209FB">
      <w:pPr>
        <w:spacing w:after="0"/>
        <w:rPr>
          <w:rFonts w:ascii="Segoe Print" w:hAnsi="Segoe Print" w:cs="Calibri Light"/>
          <w:color w:val="EBA900"/>
          <w:sz w:val="24"/>
        </w:rPr>
      </w:pPr>
    </w:p>
    <w:p w14:paraId="67C19716" w14:textId="2AE1D854" w:rsidR="008209FB" w:rsidRPr="0098723D" w:rsidRDefault="00000000" w:rsidP="008209FB">
      <w:pPr>
        <w:spacing w:after="0"/>
        <w:rPr>
          <w:rFonts w:ascii="Segoe Print" w:hAnsi="Segoe Print" w:cs="Calibri Light"/>
          <w:color w:val="EBA900"/>
          <w:sz w:val="32"/>
          <w:szCs w:val="32"/>
        </w:rPr>
      </w:pPr>
      <w:r w:rsidRPr="0098723D">
        <w:rPr>
          <w:rFonts w:ascii="Segoe Print" w:hAnsi="Segoe Print" w:cs="Calibri Light"/>
          <w:color w:val="EBA900"/>
          <w:sz w:val="32"/>
          <w:szCs w:val="32"/>
        </w:rPr>
        <w:t xml:space="preserve">Our </w:t>
      </w:r>
      <w:r w:rsidR="003C092C" w:rsidRPr="0098723D">
        <w:rPr>
          <w:rFonts w:ascii="Segoe Print" w:hAnsi="Segoe Print" w:cs="Calibri Light"/>
          <w:color w:val="EBA900"/>
          <w:sz w:val="32"/>
          <w:szCs w:val="32"/>
        </w:rPr>
        <w:t>O</w:t>
      </w:r>
      <w:r w:rsidRPr="0098723D">
        <w:rPr>
          <w:rFonts w:ascii="Segoe Print" w:hAnsi="Segoe Print" w:cs="Calibri Light"/>
          <w:color w:val="EBA900"/>
          <w:sz w:val="32"/>
          <w:szCs w:val="32"/>
        </w:rPr>
        <w:t>ffering</w:t>
      </w:r>
      <w:r w:rsidR="008209FB" w:rsidRPr="0098723D">
        <w:rPr>
          <w:rFonts w:ascii="Segoe Print" w:hAnsi="Segoe Print" w:cs="Calibri Light"/>
          <w:color w:val="EBA900"/>
          <w:sz w:val="32"/>
          <w:szCs w:val="32"/>
        </w:rPr>
        <w:t xml:space="preserve"> </w:t>
      </w:r>
    </w:p>
    <w:p w14:paraId="6DA5BEC8" w14:textId="7213416B" w:rsidR="004A2D1D" w:rsidRPr="008209FB" w:rsidRDefault="00000000" w:rsidP="008209FB">
      <w:pPr>
        <w:spacing w:after="0"/>
        <w:rPr>
          <w:rFonts w:ascii="Segoe Print" w:hAnsi="Segoe Print" w:cs="Calibri Light"/>
          <w:color w:val="EBA900"/>
          <w:sz w:val="28"/>
          <w:szCs w:val="28"/>
        </w:rPr>
      </w:pPr>
      <w:r w:rsidRPr="008209FB">
        <w:rPr>
          <w:rFonts w:ascii="Calibri Light" w:hAnsi="Calibri Light" w:cs="Calibri Light"/>
          <w:sz w:val="28"/>
          <w:szCs w:val="28"/>
        </w:rPr>
        <w:t>At the offertory, the gifts of God’s people are brought forward. Whether we give through the plate, by envelope, standing order, online, or through the Parish Giving Scheme, our money represents part of our lives. It comes from the work we have done, the resources entrusted to us, and the choices we make about what matters most.</w:t>
      </w:r>
    </w:p>
    <w:p w14:paraId="0A94E769" w14:textId="3BD40F9F"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lastRenderedPageBreak/>
        <w:t>Our giving does practical things. It sustains worship and ministry, cares for our church building, supports service in our community, and contributes to the life and mission of the wider Church.</w:t>
      </w:r>
    </w:p>
    <w:p w14:paraId="0D7E5813" w14:textId="79DD4E25"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 xml:space="preserve">But Christian giving is more than meeting expenses. We give because God has first given to us. Our financial </w:t>
      </w:r>
      <w:r w:rsidR="00782EB1">
        <w:rPr>
          <w:rFonts w:ascii="Calibri Light" w:hAnsi="Calibri Light" w:cs="Calibri Light"/>
          <w:sz w:val="28"/>
          <w:szCs w:val="28"/>
        </w:rPr>
        <w:t>giving and volunteering are ways</w:t>
      </w:r>
      <w:r w:rsidRPr="008209FB">
        <w:rPr>
          <w:rFonts w:ascii="Calibri Light" w:hAnsi="Calibri Light" w:cs="Calibri Light"/>
          <w:sz w:val="28"/>
          <w:szCs w:val="28"/>
        </w:rPr>
        <w:t xml:space="preserve"> in which we respond to God’s generosity and offer ourselves for his service.</w:t>
      </w:r>
    </w:p>
    <w:p w14:paraId="43059BD5" w14:textId="55C304DD"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 xml:space="preserve">Throughout </w:t>
      </w:r>
      <w:r w:rsidRPr="008209FB">
        <w:rPr>
          <w:rFonts w:ascii="Segoe Print" w:hAnsi="Segoe Print" w:cs="Calibri Light"/>
          <w:color w:val="EBA900"/>
          <w:sz w:val="28"/>
          <w:szCs w:val="28"/>
        </w:rPr>
        <w:t>Our Offering</w:t>
      </w:r>
      <w:r w:rsidRPr="008209FB">
        <w:rPr>
          <w:rFonts w:ascii="Calibri Light" w:hAnsi="Calibri Light" w:cs="Calibri Light"/>
          <w:sz w:val="28"/>
          <w:szCs w:val="28"/>
        </w:rPr>
        <w:t xml:space="preserve"> everyone is invited to pray about their giving. Some may decide to begin giving regularly. Others may be able to increase their gift. Some will faithfully continue at their present level.</w:t>
      </w:r>
    </w:p>
    <w:p w14:paraId="4938066E" w14:textId="77777777"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The amount will differ for each person and should be appropriate to their circumstances. What matters is not simply the amount, but the offering of the heart.</w:t>
      </w:r>
    </w:p>
    <w:p w14:paraId="055B91D1" w14:textId="77777777" w:rsidR="004A2D1D" w:rsidRPr="008209FB" w:rsidRDefault="00000000">
      <w:pPr>
        <w:pStyle w:val="PewBody"/>
        <w:keepLines/>
        <w:rPr>
          <w:rFonts w:ascii="Calibri Light" w:hAnsi="Calibri Light" w:cs="Calibri Light"/>
          <w:sz w:val="28"/>
          <w:szCs w:val="28"/>
        </w:rPr>
      </w:pPr>
      <w:r w:rsidRPr="008209FB">
        <w:rPr>
          <w:rFonts w:ascii="Calibri Light" w:hAnsi="Calibri Light" w:cs="Calibri Light"/>
          <w:sz w:val="28"/>
          <w:szCs w:val="28"/>
        </w:rPr>
        <w:t>Please take this booklet home and return your completed response by</w:t>
      </w:r>
      <w:r w:rsidRPr="008209FB">
        <w:rPr>
          <w:rFonts w:ascii="Calibri Light" w:hAnsi="Calibri Light" w:cs="Calibri Light"/>
          <w:sz w:val="24"/>
          <w:szCs w:val="24"/>
        </w:rPr>
        <w:t xml:space="preserve"> </w:t>
      </w:r>
      <w:r w:rsidRPr="008209FB">
        <w:rPr>
          <w:rFonts w:ascii="Segoe Print" w:hAnsi="Segoe Print" w:cs="Calibri Light"/>
          <w:color w:val="EBA900"/>
          <w:sz w:val="24"/>
          <w:szCs w:val="24"/>
        </w:rPr>
        <w:t>[DATE].</w:t>
      </w:r>
    </w:p>
    <w:p w14:paraId="24F5A8F6" w14:textId="14450413" w:rsidR="004A2D1D" w:rsidRPr="008209FB" w:rsidRDefault="00000000">
      <w:pPr>
        <w:pStyle w:val="PewBody"/>
        <w:keepLines/>
        <w:spacing w:after="0"/>
        <w:rPr>
          <w:rFonts w:ascii="Calibri Light" w:hAnsi="Calibri Light" w:cs="Calibri Light"/>
          <w:sz w:val="28"/>
          <w:szCs w:val="28"/>
        </w:rPr>
      </w:pPr>
      <w:r w:rsidRPr="008209FB">
        <w:rPr>
          <w:rFonts w:ascii="Calibri Light" w:hAnsi="Calibri Light" w:cs="Calibri Light"/>
          <w:sz w:val="28"/>
          <w:szCs w:val="28"/>
        </w:rPr>
        <w:t xml:space="preserve">We know that some in our church family are facing real financial pressures at the moment. If you are unable to contribute more, please be assured that you are no less valued. Offering our </w:t>
      </w:r>
      <w:r w:rsidRPr="00782EB1">
        <w:rPr>
          <w:rFonts w:ascii="Segoe Print" w:hAnsi="Segoe Print" w:cs="Calibri Light"/>
          <w:color w:val="EBA900"/>
          <w:sz w:val="28"/>
          <w:szCs w:val="28"/>
        </w:rPr>
        <w:t>time, skills and prayers</w:t>
      </w:r>
      <w:r w:rsidRPr="008209FB">
        <w:rPr>
          <w:rFonts w:ascii="Calibri Light" w:hAnsi="Calibri Light" w:cs="Calibri Light"/>
          <w:sz w:val="28"/>
          <w:szCs w:val="28"/>
        </w:rPr>
        <w:t xml:space="preserve"> is also vital </w:t>
      </w:r>
      <w:r w:rsidR="00782EB1">
        <w:rPr>
          <w:rFonts w:ascii="Calibri Light" w:hAnsi="Calibri Light" w:cs="Calibri Light"/>
          <w:sz w:val="28"/>
          <w:szCs w:val="28"/>
        </w:rPr>
        <w:t>to</w:t>
      </w:r>
      <w:r w:rsidRPr="008209FB">
        <w:rPr>
          <w:rFonts w:ascii="Calibri Light" w:hAnsi="Calibri Light" w:cs="Calibri Light"/>
          <w:sz w:val="28"/>
          <w:szCs w:val="28"/>
        </w:rPr>
        <w:t xml:space="preserve"> our shared response to God’s generosity, and we are deeply grateful for every way you can contribute.</w:t>
      </w:r>
    </w:p>
    <w:p w14:paraId="7F5FBB62" w14:textId="77777777" w:rsidR="004A2D1D" w:rsidRPr="008209FB" w:rsidRDefault="00000000">
      <w:pPr>
        <w:spacing w:after="0"/>
        <w:rPr>
          <w:rFonts w:ascii="Calibri Light" w:hAnsi="Calibri Light" w:cs="Calibri Light"/>
          <w:sz w:val="28"/>
          <w:szCs w:val="28"/>
        </w:rPr>
      </w:pPr>
      <w:r w:rsidRPr="008209FB">
        <w:rPr>
          <w:rFonts w:ascii="Calibri Light" w:hAnsi="Calibri Light" w:cs="Calibri Light"/>
          <w:sz w:val="28"/>
          <w:szCs w:val="28"/>
        </w:rPr>
        <w:br w:type="page"/>
      </w:r>
    </w:p>
    <w:p w14:paraId="3CF5EF9D" w14:textId="77777777" w:rsidR="00316DEB" w:rsidRPr="00CA170C" w:rsidRDefault="00316DEB" w:rsidP="00316DEB">
      <w:pPr>
        <w:pStyle w:val="PewBody"/>
        <w:keepLines/>
        <w:spacing w:after="0"/>
        <w:jc w:val="center"/>
        <w:rPr>
          <w:rFonts w:ascii="Segoe Print" w:hAnsi="Segoe Print" w:cs="Calibri Light"/>
          <w:color w:val="EBA900"/>
          <w:sz w:val="32"/>
          <w:szCs w:val="32"/>
        </w:rPr>
      </w:pPr>
      <w:r w:rsidRPr="00CA170C">
        <w:rPr>
          <w:rFonts w:ascii="Segoe Print" w:hAnsi="Segoe Print" w:cs="Calibri Light"/>
          <w:color w:val="EBA900"/>
          <w:sz w:val="32"/>
          <w:szCs w:val="32"/>
        </w:rPr>
        <w:lastRenderedPageBreak/>
        <w:t xml:space="preserve">Our Offering </w:t>
      </w:r>
    </w:p>
    <w:p w14:paraId="41AFB623" w14:textId="01152943" w:rsidR="004A2D1D" w:rsidRPr="00316DEB" w:rsidRDefault="00316DEB" w:rsidP="00316DEB">
      <w:pPr>
        <w:pStyle w:val="PewBody"/>
        <w:keepLines/>
        <w:spacing w:after="0"/>
        <w:jc w:val="center"/>
        <w:rPr>
          <w:rFonts w:ascii="Segoe Print" w:hAnsi="Segoe Print" w:cs="Calibri Light"/>
          <w:color w:val="EBA900"/>
          <w:sz w:val="24"/>
          <w:szCs w:val="24"/>
        </w:rPr>
      </w:pPr>
      <w:r>
        <w:rPr>
          <w:rFonts w:ascii="Calibri Light" w:hAnsi="Calibri Light" w:cs="Calibri Light"/>
          <w:sz w:val="24"/>
          <w:szCs w:val="24"/>
        </w:rPr>
        <w:t>If possible, p</w:t>
      </w:r>
      <w:r w:rsidRPr="00316DEB">
        <w:rPr>
          <w:rFonts w:ascii="Calibri Light" w:hAnsi="Calibri Light" w:cs="Calibri Light"/>
          <w:sz w:val="24"/>
          <w:szCs w:val="24"/>
        </w:rPr>
        <w:t>lease return your confidential response by</w:t>
      </w:r>
      <w:r w:rsidRPr="00316DEB">
        <w:rPr>
          <w:rFonts w:ascii="Calibri Light" w:hAnsi="Calibri Light" w:cs="Calibri Light"/>
          <w:color w:val="666666"/>
          <w:sz w:val="24"/>
          <w:szCs w:val="24"/>
        </w:rPr>
        <w:t xml:space="preserve"> </w:t>
      </w:r>
      <w:r w:rsidRPr="00316DEB">
        <w:rPr>
          <w:rFonts w:ascii="Segoe Print" w:hAnsi="Segoe Print" w:cs="Calibri Light"/>
          <w:color w:val="EBA900"/>
          <w:sz w:val="24"/>
          <w:szCs w:val="24"/>
        </w:rPr>
        <w:t xml:space="preserve">[DATE]. </w:t>
      </w: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1810"/>
        <w:gridCol w:w="4958"/>
      </w:tblGrid>
      <w:tr w:rsidR="004A2D1D" w:rsidRPr="008209FB" w14:paraId="1B5DE10C" w14:textId="77777777">
        <w:trPr>
          <w:cantSplit/>
        </w:trPr>
        <w:tc>
          <w:tcPr>
            <w:tcW w:w="1810" w:type="dxa"/>
            <w:tcMar>
              <w:top w:w="25" w:type="dxa"/>
              <w:left w:w="0" w:type="dxa"/>
              <w:bottom w:w="45" w:type="dxa"/>
              <w:right w:w="80" w:type="dxa"/>
            </w:tcMar>
            <w:vAlign w:val="bottom"/>
          </w:tcPr>
          <w:p w14:paraId="0CEB452B"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Church:</w:t>
            </w:r>
          </w:p>
        </w:tc>
        <w:tc>
          <w:tcPr>
            <w:tcW w:w="4958" w:type="dxa"/>
            <w:tcBorders>
              <w:bottom w:val="single" w:sz="5" w:space="0" w:color="B7B7B7"/>
            </w:tcBorders>
            <w:tcMar>
              <w:top w:w="25" w:type="dxa"/>
              <w:left w:w="0" w:type="dxa"/>
              <w:bottom w:w="45" w:type="dxa"/>
              <w:right w:w="80" w:type="dxa"/>
            </w:tcMar>
            <w:vAlign w:val="bottom"/>
          </w:tcPr>
          <w:p w14:paraId="38C93E0A"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r w:rsidR="004A2D1D" w:rsidRPr="008209FB" w14:paraId="5796B538" w14:textId="77777777">
        <w:trPr>
          <w:cantSplit/>
        </w:trPr>
        <w:tc>
          <w:tcPr>
            <w:tcW w:w="1810" w:type="dxa"/>
            <w:tcMar>
              <w:top w:w="25" w:type="dxa"/>
              <w:left w:w="0" w:type="dxa"/>
              <w:bottom w:w="45" w:type="dxa"/>
              <w:right w:w="80" w:type="dxa"/>
            </w:tcMar>
            <w:vAlign w:val="bottom"/>
          </w:tcPr>
          <w:p w14:paraId="7B8F53E9" w14:textId="63B5F839"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Name:</w:t>
            </w:r>
          </w:p>
        </w:tc>
        <w:tc>
          <w:tcPr>
            <w:tcW w:w="4958" w:type="dxa"/>
            <w:tcBorders>
              <w:bottom w:val="single" w:sz="5" w:space="0" w:color="B7B7B7"/>
            </w:tcBorders>
            <w:tcMar>
              <w:top w:w="25" w:type="dxa"/>
              <w:left w:w="0" w:type="dxa"/>
              <w:bottom w:w="45" w:type="dxa"/>
              <w:right w:w="80" w:type="dxa"/>
            </w:tcMar>
            <w:vAlign w:val="bottom"/>
          </w:tcPr>
          <w:p w14:paraId="44930795"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r w:rsidR="004A2D1D" w:rsidRPr="008209FB" w14:paraId="3C20EE4E" w14:textId="77777777">
        <w:trPr>
          <w:cantSplit/>
        </w:trPr>
        <w:tc>
          <w:tcPr>
            <w:tcW w:w="1810" w:type="dxa"/>
            <w:tcMar>
              <w:top w:w="25" w:type="dxa"/>
              <w:left w:w="0" w:type="dxa"/>
              <w:bottom w:w="45" w:type="dxa"/>
              <w:right w:w="80" w:type="dxa"/>
            </w:tcMar>
            <w:vAlign w:val="bottom"/>
          </w:tcPr>
          <w:p w14:paraId="4BB31A3B" w14:textId="331E4D0B" w:rsidR="004A2D1D" w:rsidRPr="008209FB" w:rsidRDefault="0036377A">
            <w:pPr>
              <w:spacing w:after="0"/>
              <w:rPr>
                <w:rFonts w:ascii="Calibri Light" w:hAnsi="Calibri Light" w:cs="Calibri Light"/>
                <w:sz w:val="24"/>
                <w:szCs w:val="24"/>
              </w:rPr>
            </w:pPr>
            <w:r>
              <w:rPr>
                <w:rFonts w:ascii="Calibri Light" w:hAnsi="Calibri Light" w:cs="Calibri Light"/>
                <w:sz w:val="24"/>
                <w:szCs w:val="24"/>
              </w:rPr>
              <w:t>P</w:t>
            </w:r>
            <w:r w:rsidRPr="008209FB">
              <w:rPr>
                <w:rFonts w:ascii="Calibri Light" w:hAnsi="Calibri Light" w:cs="Calibri Light"/>
                <w:sz w:val="24"/>
                <w:szCs w:val="24"/>
              </w:rPr>
              <w:t>hone or email:</w:t>
            </w:r>
          </w:p>
        </w:tc>
        <w:tc>
          <w:tcPr>
            <w:tcW w:w="4958" w:type="dxa"/>
            <w:tcBorders>
              <w:bottom w:val="single" w:sz="5" w:space="0" w:color="B7B7B7"/>
            </w:tcBorders>
            <w:tcMar>
              <w:top w:w="25" w:type="dxa"/>
              <w:left w:w="0" w:type="dxa"/>
              <w:bottom w:w="45" w:type="dxa"/>
              <w:right w:w="80" w:type="dxa"/>
            </w:tcMar>
            <w:vAlign w:val="bottom"/>
          </w:tcPr>
          <w:p w14:paraId="31023110"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 xml:space="preserve"> </w:t>
            </w:r>
          </w:p>
        </w:tc>
      </w:tr>
    </w:tbl>
    <w:p w14:paraId="566308B7" w14:textId="77777777" w:rsidR="004A2D1D" w:rsidRPr="008209FB" w:rsidRDefault="00000000">
      <w:pPr>
        <w:pStyle w:val="PewFormText"/>
        <w:spacing w:before="140" w:after="100"/>
        <w:rPr>
          <w:rFonts w:ascii="Calibri Light" w:hAnsi="Calibri Light" w:cs="Calibri Light"/>
          <w:sz w:val="24"/>
          <w:szCs w:val="24"/>
        </w:rPr>
      </w:pPr>
      <w:r w:rsidRPr="008209FB">
        <w:rPr>
          <w:rFonts w:ascii="Calibri Light" w:hAnsi="Calibri Light" w:cs="Calibri Light"/>
          <w:sz w:val="24"/>
          <w:szCs w:val="24"/>
        </w:rPr>
        <w:t>After prayer and reflection, please tick any boxes that apply:</w:t>
      </w: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390"/>
        <w:gridCol w:w="1388"/>
        <w:gridCol w:w="4604"/>
        <w:gridCol w:w="386"/>
      </w:tblGrid>
      <w:tr w:rsidR="004A2D1D" w:rsidRPr="008209FB" w14:paraId="17521B99" w14:textId="77777777">
        <w:trPr>
          <w:gridAfter w:val="1"/>
          <w:wAfter w:w="410" w:type="dxa"/>
          <w:cantSplit/>
        </w:trPr>
        <w:tc>
          <w:tcPr>
            <w:tcW w:w="410" w:type="dxa"/>
            <w:tcMar>
              <w:top w:w="28" w:type="dxa"/>
              <w:left w:w="0" w:type="dxa"/>
              <w:bottom w:w="50" w:type="dxa"/>
              <w:right w:w="40" w:type="dxa"/>
            </w:tcMar>
          </w:tcPr>
          <w:p w14:paraId="30524147"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5E9F10BD"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intend to begin regular giving.</w:t>
            </w:r>
          </w:p>
        </w:tc>
      </w:tr>
      <w:tr w:rsidR="004A2D1D" w:rsidRPr="008209FB" w14:paraId="4E412E3F" w14:textId="77777777">
        <w:trPr>
          <w:gridAfter w:val="1"/>
          <w:wAfter w:w="410" w:type="dxa"/>
          <w:cantSplit/>
        </w:trPr>
        <w:tc>
          <w:tcPr>
            <w:tcW w:w="410" w:type="dxa"/>
            <w:tcMar>
              <w:top w:w="28" w:type="dxa"/>
              <w:left w:w="0" w:type="dxa"/>
              <w:bottom w:w="50" w:type="dxa"/>
              <w:right w:w="40" w:type="dxa"/>
            </w:tcMar>
          </w:tcPr>
          <w:p w14:paraId="43F97680"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5443F600"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intend to change my regular gift to:</w:t>
            </w:r>
          </w:p>
        </w:tc>
      </w:tr>
      <w:tr w:rsidR="004A2D1D" w:rsidRPr="008209FB" w14:paraId="452030D8" w14:textId="77777777">
        <w:trPr>
          <w:gridBefore w:val="1"/>
          <w:cantSplit/>
        </w:trPr>
        <w:tc>
          <w:tcPr>
            <w:tcW w:w="1470" w:type="dxa"/>
            <w:tcMar>
              <w:top w:w="16" w:type="dxa"/>
              <w:left w:w="0" w:type="dxa"/>
              <w:bottom w:w="18" w:type="dxa"/>
              <w:right w:w="60" w:type="dxa"/>
            </w:tcMar>
            <w:vAlign w:val="center"/>
          </w:tcPr>
          <w:p w14:paraId="35981555"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color w:val="666666"/>
                <w:sz w:val="24"/>
                <w:szCs w:val="24"/>
              </w:rPr>
              <w:t>Amount:</w:t>
            </w:r>
          </w:p>
        </w:tc>
        <w:tc>
          <w:tcPr>
            <w:tcW w:w="5298" w:type="dxa"/>
            <w:gridSpan w:val="2"/>
            <w:tcMar>
              <w:top w:w="16" w:type="dxa"/>
              <w:left w:w="0" w:type="dxa"/>
              <w:bottom w:w="18" w:type="dxa"/>
              <w:right w:w="60" w:type="dxa"/>
            </w:tcMar>
            <w:vAlign w:val="center"/>
          </w:tcPr>
          <w:p w14:paraId="26772DAE" w14:textId="77777777" w:rsidR="004A2D1D" w:rsidRPr="008209FB" w:rsidRDefault="00000000">
            <w:pPr>
              <w:spacing w:after="0"/>
              <w:rPr>
                <w:rFonts w:ascii="Calibri Light" w:hAnsi="Calibri Light" w:cs="Calibri Light"/>
              </w:rPr>
            </w:pPr>
            <w:r w:rsidRPr="008209FB">
              <w:rPr>
                <w:rFonts w:ascii="Calibri Light" w:hAnsi="Calibri Light" w:cs="Calibri Light"/>
                <w:sz w:val="19"/>
              </w:rPr>
              <w:t>£ ____________________</w:t>
            </w:r>
          </w:p>
        </w:tc>
      </w:tr>
      <w:tr w:rsidR="004A2D1D" w:rsidRPr="008209FB" w14:paraId="19E31879" w14:textId="77777777">
        <w:trPr>
          <w:gridBefore w:val="1"/>
          <w:cantSplit/>
        </w:trPr>
        <w:tc>
          <w:tcPr>
            <w:tcW w:w="1470" w:type="dxa"/>
            <w:tcMar>
              <w:top w:w="16" w:type="dxa"/>
              <w:left w:w="0" w:type="dxa"/>
              <w:bottom w:w="18" w:type="dxa"/>
              <w:right w:w="60" w:type="dxa"/>
            </w:tcMar>
            <w:vAlign w:val="center"/>
          </w:tcPr>
          <w:p w14:paraId="7EFEB6FD" w14:textId="77777777" w:rsidR="004A2D1D" w:rsidRPr="008209FB" w:rsidRDefault="00000000">
            <w:pPr>
              <w:spacing w:after="0"/>
              <w:rPr>
                <w:rFonts w:ascii="Calibri Light" w:hAnsi="Calibri Light" w:cs="Calibri Light"/>
                <w:sz w:val="24"/>
                <w:szCs w:val="24"/>
              </w:rPr>
            </w:pPr>
            <w:r w:rsidRPr="008209FB">
              <w:rPr>
                <w:rFonts w:ascii="Calibri Light" w:hAnsi="Calibri Light" w:cs="Calibri Light"/>
                <w:color w:val="666666"/>
                <w:sz w:val="24"/>
                <w:szCs w:val="24"/>
              </w:rPr>
              <w:t>Frequency:</w:t>
            </w:r>
          </w:p>
        </w:tc>
        <w:tc>
          <w:tcPr>
            <w:tcW w:w="5298" w:type="dxa"/>
            <w:gridSpan w:val="2"/>
            <w:tcMar>
              <w:top w:w="16" w:type="dxa"/>
              <w:left w:w="0" w:type="dxa"/>
              <w:bottom w:w="18" w:type="dxa"/>
              <w:right w:w="60" w:type="dxa"/>
            </w:tcMar>
            <w:vAlign w:val="center"/>
          </w:tcPr>
          <w:p w14:paraId="0CBF1707" w14:textId="77777777" w:rsidR="004A2D1D" w:rsidRPr="008209FB" w:rsidRDefault="00000000">
            <w:pPr>
              <w:spacing w:after="0"/>
              <w:rPr>
                <w:rFonts w:ascii="Calibri Light" w:hAnsi="Calibri Light" w:cs="Calibri Light"/>
                <w:sz w:val="24"/>
                <w:szCs w:val="24"/>
              </w:rPr>
            </w:pPr>
            <w:r w:rsidRPr="008209FB">
              <w:rPr>
                <w:rFonts w:ascii="Segoe UI Symbol" w:hAnsi="Segoe UI Symbol" w:cs="Segoe UI Symbol"/>
                <w:sz w:val="24"/>
                <w:szCs w:val="24"/>
              </w:rPr>
              <w:t>☐</w:t>
            </w:r>
            <w:r w:rsidRPr="008209FB">
              <w:rPr>
                <w:rFonts w:ascii="Calibri Light" w:hAnsi="Calibri Light" w:cs="Calibri Light"/>
                <w:sz w:val="24"/>
                <w:szCs w:val="24"/>
              </w:rPr>
              <w:t xml:space="preserve"> week     </w:t>
            </w:r>
            <w:r w:rsidRPr="008209FB">
              <w:rPr>
                <w:rFonts w:ascii="Segoe UI Symbol" w:hAnsi="Segoe UI Symbol" w:cs="Segoe UI Symbol"/>
                <w:sz w:val="24"/>
                <w:szCs w:val="24"/>
              </w:rPr>
              <w:t>☐</w:t>
            </w:r>
            <w:r w:rsidRPr="008209FB">
              <w:rPr>
                <w:rFonts w:ascii="Calibri Light" w:hAnsi="Calibri Light" w:cs="Calibri Light"/>
                <w:sz w:val="24"/>
                <w:szCs w:val="24"/>
              </w:rPr>
              <w:t xml:space="preserve"> month     </w:t>
            </w:r>
            <w:r w:rsidRPr="008209FB">
              <w:rPr>
                <w:rFonts w:ascii="Segoe UI Symbol" w:hAnsi="Segoe UI Symbol" w:cs="Segoe UI Symbol"/>
                <w:sz w:val="24"/>
                <w:szCs w:val="24"/>
              </w:rPr>
              <w:t>☐</w:t>
            </w:r>
            <w:r w:rsidRPr="008209FB">
              <w:rPr>
                <w:rFonts w:ascii="Calibri Light" w:hAnsi="Calibri Light" w:cs="Calibri Light"/>
                <w:sz w:val="24"/>
                <w:szCs w:val="24"/>
              </w:rPr>
              <w:t xml:space="preserve"> quarter     </w:t>
            </w:r>
            <w:r w:rsidRPr="008209FB">
              <w:rPr>
                <w:rFonts w:ascii="Segoe UI Symbol" w:hAnsi="Segoe UI Symbol" w:cs="Segoe UI Symbol"/>
                <w:sz w:val="24"/>
                <w:szCs w:val="24"/>
              </w:rPr>
              <w:t>☐</w:t>
            </w:r>
            <w:r w:rsidRPr="008209FB">
              <w:rPr>
                <w:rFonts w:ascii="Calibri Light" w:hAnsi="Calibri Light" w:cs="Calibri Light"/>
                <w:sz w:val="24"/>
                <w:szCs w:val="24"/>
              </w:rPr>
              <w:t xml:space="preserve"> year</w:t>
            </w:r>
          </w:p>
        </w:tc>
      </w:tr>
      <w:tr w:rsidR="004A2D1D" w:rsidRPr="008209FB" w14:paraId="55B503CE" w14:textId="77777777">
        <w:trPr>
          <w:gridAfter w:val="1"/>
          <w:wAfter w:w="410" w:type="dxa"/>
          <w:cantSplit/>
        </w:trPr>
        <w:tc>
          <w:tcPr>
            <w:tcW w:w="410" w:type="dxa"/>
            <w:tcMar>
              <w:top w:w="28" w:type="dxa"/>
              <w:left w:w="0" w:type="dxa"/>
              <w:bottom w:w="50" w:type="dxa"/>
              <w:right w:w="40" w:type="dxa"/>
            </w:tcMar>
          </w:tcPr>
          <w:p w14:paraId="382EA4E3"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0786484"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have reviewed my giving and will continue at its present level.</w:t>
            </w:r>
          </w:p>
        </w:tc>
      </w:tr>
      <w:tr w:rsidR="004A2D1D" w:rsidRPr="008209FB" w14:paraId="65CC367B" w14:textId="77777777">
        <w:trPr>
          <w:gridAfter w:val="1"/>
          <w:wAfter w:w="410" w:type="dxa"/>
          <w:cantSplit/>
        </w:trPr>
        <w:tc>
          <w:tcPr>
            <w:tcW w:w="410" w:type="dxa"/>
            <w:tcMar>
              <w:top w:w="28" w:type="dxa"/>
              <w:left w:w="0" w:type="dxa"/>
              <w:bottom w:w="50" w:type="dxa"/>
              <w:right w:w="40" w:type="dxa"/>
            </w:tcMar>
          </w:tcPr>
          <w:p w14:paraId="1C5FC63D"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2144C1D1"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have already made the change directly through my bank or giving provider.</w:t>
            </w:r>
          </w:p>
        </w:tc>
      </w:tr>
    </w:tbl>
    <w:p w14:paraId="6652F86E" w14:textId="77777777" w:rsidR="004A2D1D" w:rsidRPr="008209FB" w:rsidRDefault="00000000">
      <w:pPr>
        <w:pStyle w:val="PewSubheading"/>
        <w:spacing w:before="140"/>
        <w:rPr>
          <w:rFonts w:ascii="Calibri Light" w:hAnsi="Calibri Light" w:cs="Calibri Light"/>
          <w:bCs/>
          <w:sz w:val="24"/>
          <w:szCs w:val="24"/>
        </w:rPr>
      </w:pPr>
      <w:r w:rsidRPr="008209FB">
        <w:rPr>
          <w:rFonts w:ascii="Calibri Light" w:hAnsi="Calibri Light" w:cs="Calibri Light"/>
          <w:bCs/>
          <w:sz w:val="24"/>
          <w:szCs w:val="24"/>
        </w:rPr>
        <w:t>INFORMATION AND OTHER WAYS TO OFFER</w:t>
      </w:r>
    </w:p>
    <w:tbl>
      <w:tblPr>
        <w:tblW w:w="6768" w:type="dxa"/>
        <w:tblBorders>
          <w:top w:val="nil"/>
          <w:left w:val="nil"/>
          <w:bottom w:val="nil"/>
          <w:right w:val="nil"/>
          <w:insideH w:val="nil"/>
          <w:insideV w:val="nil"/>
        </w:tblBorders>
        <w:tblLayout w:type="fixed"/>
        <w:tblLook w:val="04A0" w:firstRow="1" w:lastRow="0" w:firstColumn="1" w:lastColumn="0" w:noHBand="0" w:noVBand="1"/>
      </w:tblPr>
      <w:tblGrid>
        <w:gridCol w:w="410"/>
        <w:gridCol w:w="590"/>
        <w:gridCol w:w="5768"/>
      </w:tblGrid>
      <w:tr w:rsidR="004A2D1D" w:rsidRPr="008209FB" w14:paraId="76954CAD" w14:textId="77777777">
        <w:trPr>
          <w:cantSplit/>
        </w:trPr>
        <w:tc>
          <w:tcPr>
            <w:tcW w:w="410" w:type="dxa"/>
            <w:tcMar>
              <w:top w:w="28" w:type="dxa"/>
              <w:left w:w="0" w:type="dxa"/>
              <w:bottom w:w="50" w:type="dxa"/>
              <w:right w:w="40" w:type="dxa"/>
            </w:tcMar>
          </w:tcPr>
          <w:p w14:paraId="18117572"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0D355F3"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give me information about the Parish Giving Scheme.</w:t>
            </w:r>
          </w:p>
        </w:tc>
      </w:tr>
      <w:tr w:rsidR="004A2D1D" w:rsidRPr="008209FB" w14:paraId="677F1A02" w14:textId="77777777">
        <w:trPr>
          <w:cantSplit/>
        </w:trPr>
        <w:tc>
          <w:tcPr>
            <w:tcW w:w="410" w:type="dxa"/>
            <w:tcMar>
              <w:top w:w="28" w:type="dxa"/>
              <w:left w:w="0" w:type="dxa"/>
              <w:bottom w:w="50" w:type="dxa"/>
              <w:right w:w="40" w:type="dxa"/>
            </w:tcMar>
          </w:tcPr>
          <w:p w14:paraId="58AB7D5C"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45F51DA5"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give me information about standing orders or other ways of giving.</w:t>
            </w:r>
          </w:p>
        </w:tc>
      </w:tr>
      <w:tr w:rsidR="004A2D1D" w:rsidRPr="008209FB" w14:paraId="48F57401" w14:textId="77777777">
        <w:trPr>
          <w:cantSplit/>
        </w:trPr>
        <w:tc>
          <w:tcPr>
            <w:tcW w:w="410" w:type="dxa"/>
            <w:tcMar>
              <w:top w:w="28" w:type="dxa"/>
              <w:left w:w="0" w:type="dxa"/>
              <w:bottom w:w="50" w:type="dxa"/>
              <w:right w:w="40" w:type="dxa"/>
            </w:tcMar>
          </w:tcPr>
          <w:p w14:paraId="12159B1E"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61EC7FF3"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get in touch with me about Gift Aid.</w:t>
            </w:r>
          </w:p>
        </w:tc>
      </w:tr>
      <w:tr w:rsidR="004A2D1D" w:rsidRPr="008209FB" w14:paraId="18879211" w14:textId="77777777">
        <w:trPr>
          <w:cantSplit/>
        </w:trPr>
        <w:tc>
          <w:tcPr>
            <w:tcW w:w="410" w:type="dxa"/>
            <w:tcMar>
              <w:top w:w="28" w:type="dxa"/>
              <w:left w:w="0" w:type="dxa"/>
              <w:bottom w:w="50" w:type="dxa"/>
              <w:right w:w="40" w:type="dxa"/>
            </w:tcMar>
          </w:tcPr>
          <w:p w14:paraId="0B702554"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6854CE9F"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would welcome a confidential conversation about giving.</w:t>
            </w:r>
          </w:p>
        </w:tc>
      </w:tr>
      <w:tr w:rsidR="004A2D1D" w:rsidRPr="008209FB" w14:paraId="5C1994BE" w14:textId="77777777">
        <w:trPr>
          <w:cantSplit/>
        </w:trPr>
        <w:tc>
          <w:tcPr>
            <w:tcW w:w="410" w:type="dxa"/>
            <w:tcMar>
              <w:top w:w="28" w:type="dxa"/>
              <w:left w:w="0" w:type="dxa"/>
              <w:bottom w:w="50" w:type="dxa"/>
              <w:right w:w="40" w:type="dxa"/>
            </w:tcMar>
          </w:tcPr>
          <w:p w14:paraId="23FB43A9"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795F67AF"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I would like to explore offering time or skills in the life of our church.</w:t>
            </w:r>
          </w:p>
        </w:tc>
      </w:tr>
      <w:tr w:rsidR="004A2D1D" w:rsidRPr="008209FB" w14:paraId="7BE949FB" w14:textId="77777777">
        <w:trPr>
          <w:cantSplit/>
        </w:trPr>
        <w:tc>
          <w:tcPr>
            <w:tcW w:w="410" w:type="dxa"/>
            <w:tcMar>
              <w:top w:w="28" w:type="dxa"/>
              <w:left w:w="0" w:type="dxa"/>
              <w:bottom w:w="50" w:type="dxa"/>
              <w:right w:w="40" w:type="dxa"/>
            </w:tcMar>
          </w:tcPr>
          <w:p w14:paraId="5C6C13B7" w14:textId="77777777" w:rsidR="004A2D1D" w:rsidRPr="008209FB" w:rsidRDefault="00000000">
            <w:pPr>
              <w:spacing w:after="0" w:line="240" w:lineRule="auto"/>
              <w:jc w:val="center"/>
              <w:rPr>
                <w:rFonts w:ascii="Calibri Light" w:hAnsi="Calibri Light" w:cs="Calibri Light"/>
                <w:sz w:val="24"/>
                <w:szCs w:val="24"/>
              </w:rPr>
            </w:pPr>
            <w:r w:rsidRPr="008209FB">
              <w:rPr>
                <w:rFonts w:ascii="Segoe UI Symbol" w:hAnsi="Segoe UI Symbol" w:cs="Segoe UI Symbol"/>
                <w:sz w:val="24"/>
                <w:szCs w:val="24"/>
              </w:rPr>
              <w:t>☐</w:t>
            </w:r>
          </w:p>
        </w:tc>
        <w:tc>
          <w:tcPr>
            <w:tcW w:w="6358" w:type="dxa"/>
            <w:gridSpan w:val="2"/>
            <w:tcMar>
              <w:top w:w="28" w:type="dxa"/>
              <w:left w:w="0" w:type="dxa"/>
              <w:bottom w:w="50" w:type="dxa"/>
              <w:right w:w="40" w:type="dxa"/>
            </w:tcMar>
          </w:tcPr>
          <w:p w14:paraId="393D3364" w14:textId="77777777" w:rsidR="004A2D1D" w:rsidRPr="008209FB" w:rsidRDefault="00000000">
            <w:pPr>
              <w:pStyle w:val="PewFormText"/>
              <w:keepLines/>
              <w:rPr>
                <w:rFonts w:ascii="Calibri Light" w:hAnsi="Calibri Light" w:cs="Calibri Light"/>
                <w:sz w:val="24"/>
                <w:szCs w:val="24"/>
              </w:rPr>
            </w:pPr>
            <w:r w:rsidRPr="008209FB">
              <w:rPr>
                <w:rFonts w:ascii="Calibri Light" w:hAnsi="Calibri Light" w:cs="Calibri Light"/>
                <w:sz w:val="24"/>
                <w:szCs w:val="24"/>
              </w:rPr>
              <w:t>Please get in touch with me about possible ways to volunteer.</w:t>
            </w:r>
          </w:p>
        </w:tc>
      </w:tr>
      <w:tr w:rsidR="004A2D1D" w:rsidRPr="008209FB" w14:paraId="14A67189" w14:textId="77777777">
        <w:trPr>
          <w:cantSplit/>
        </w:trPr>
        <w:tc>
          <w:tcPr>
            <w:tcW w:w="1000" w:type="dxa"/>
            <w:gridSpan w:val="2"/>
            <w:tcMar>
              <w:top w:w="10" w:type="dxa"/>
              <w:left w:w="0" w:type="dxa"/>
              <w:bottom w:w="45" w:type="dxa"/>
              <w:right w:w="80" w:type="dxa"/>
            </w:tcMar>
            <w:vAlign w:val="bottom"/>
          </w:tcPr>
          <w:p w14:paraId="5A71608C" w14:textId="77777777" w:rsidR="00810B9E" w:rsidRPr="008209FB" w:rsidRDefault="00810B9E">
            <w:pPr>
              <w:spacing w:after="0"/>
              <w:rPr>
                <w:rFonts w:ascii="Calibri Light" w:hAnsi="Calibri Light" w:cs="Calibri Light"/>
                <w:sz w:val="24"/>
                <w:szCs w:val="24"/>
              </w:rPr>
            </w:pPr>
          </w:p>
          <w:p w14:paraId="3FC82D67" w14:textId="1B02EE01" w:rsidR="004A2D1D" w:rsidRPr="008209FB" w:rsidRDefault="00000000">
            <w:pPr>
              <w:spacing w:after="0"/>
              <w:rPr>
                <w:rFonts w:ascii="Calibri Light" w:hAnsi="Calibri Light" w:cs="Calibri Light"/>
                <w:sz w:val="24"/>
                <w:szCs w:val="24"/>
              </w:rPr>
            </w:pPr>
            <w:r w:rsidRPr="008209FB">
              <w:rPr>
                <w:rFonts w:ascii="Calibri Light" w:hAnsi="Calibri Light" w:cs="Calibri Light"/>
                <w:sz w:val="24"/>
                <w:szCs w:val="24"/>
              </w:rPr>
              <w:t>Date:</w:t>
            </w:r>
          </w:p>
        </w:tc>
        <w:tc>
          <w:tcPr>
            <w:tcW w:w="5768" w:type="dxa"/>
            <w:tcBorders>
              <w:bottom w:val="single" w:sz="5" w:space="0" w:color="B7B7B7"/>
            </w:tcBorders>
            <w:tcMar>
              <w:top w:w="10" w:type="dxa"/>
              <w:left w:w="0" w:type="dxa"/>
              <w:bottom w:w="45" w:type="dxa"/>
              <w:right w:w="80" w:type="dxa"/>
            </w:tcMar>
            <w:vAlign w:val="bottom"/>
          </w:tcPr>
          <w:p w14:paraId="7D828E9F" w14:textId="6E1FDB35" w:rsidR="004A2D1D" w:rsidRPr="008209FB" w:rsidRDefault="004A2D1D">
            <w:pPr>
              <w:spacing w:after="0"/>
              <w:rPr>
                <w:rFonts w:ascii="Calibri Light" w:hAnsi="Calibri Light" w:cs="Calibri Light"/>
                <w:sz w:val="24"/>
                <w:szCs w:val="24"/>
              </w:rPr>
            </w:pPr>
          </w:p>
        </w:tc>
      </w:tr>
    </w:tbl>
    <w:p w14:paraId="4CC9E1C4" w14:textId="039A76FE" w:rsidR="004A2D1D" w:rsidRPr="008209FB" w:rsidRDefault="00000000" w:rsidP="008209FB">
      <w:pPr>
        <w:pStyle w:val="PewHeading"/>
        <w:spacing w:after="60"/>
        <w:rPr>
          <w:rFonts w:ascii="Calibri Light" w:hAnsi="Calibri Light" w:cs="Calibri Light"/>
          <w:bCs/>
          <w:sz w:val="36"/>
          <w:szCs w:val="36"/>
        </w:rPr>
      </w:pPr>
      <w:r w:rsidRPr="008209FB">
        <w:rPr>
          <w:rFonts w:ascii="Calibri Light" w:hAnsi="Calibri Light" w:cs="Calibri Light"/>
          <w:b w:val="0"/>
          <w:sz w:val="24"/>
          <w:szCs w:val="24"/>
        </w:rPr>
        <w:br w:type="page"/>
      </w:r>
      <w:r w:rsidRPr="008209FB">
        <w:rPr>
          <w:rFonts w:ascii="Calibri Light" w:hAnsi="Calibri Light" w:cs="Calibri Light"/>
          <w:bCs/>
          <w:sz w:val="36"/>
          <w:szCs w:val="36"/>
        </w:rPr>
        <w:lastRenderedPageBreak/>
        <w:t>Thank you</w:t>
      </w:r>
      <w:r w:rsidR="008209FB" w:rsidRPr="008209FB">
        <w:rPr>
          <w:rFonts w:ascii="Calibri Light" w:hAnsi="Calibri Light" w:cs="Calibri Light"/>
          <w:bCs/>
          <w:sz w:val="36"/>
          <w:szCs w:val="36"/>
        </w:rPr>
        <w:t>!</w:t>
      </w:r>
    </w:p>
    <w:p w14:paraId="77E6E9E7" w14:textId="77777777"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 xml:space="preserve">Thank you for taking part in </w:t>
      </w:r>
      <w:r w:rsidRPr="008209FB">
        <w:rPr>
          <w:rFonts w:ascii="Segoe Print" w:hAnsi="Segoe Print" w:cs="Calibri Light"/>
          <w:color w:val="EBA900"/>
          <w:sz w:val="28"/>
          <w:szCs w:val="28"/>
        </w:rPr>
        <w:t>Our Offering</w:t>
      </w:r>
      <w:r w:rsidRPr="008209FB">
        <w:rPr>
          <w:rFonts w:ascii="Calibri Light" w:hAnsi="Calibri Light" w:cs="Calibri Light"/>
          <w:sz w:val="28"/>
          <w:szCs w:val="28"/>
        </w:rPr>
        <w:t xml:space="preserve"> and for reflecting prayerfully upon your giving.</w:t>
      </w:r>
    </w:p>
    <w:p w14:paraId="70A82A9E" w14:textId="77777777"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Every gift helps sustain the worship, ministry and service of our church. More deeply, every willing gift is part of our shared response to God’s love and generosity.</w:t>
      </w:r>
    </w:p>
    <w:p w14:paraId="7E77D838" w14:textId="43593B29" w:rsidR="004A2D1D" w:rsidRPr="008209FB" w:rsidRDefault="00000000">
      <w:pPr>
        <w:pStyle w:val="PewBody"/>
        <w:keepLines/>
        <w:spacing w:after="100"/>
        <w:rPr>
          <w:rFonts w:ascii="Calibri Light" w:hAnsi="Calibri Light" w:cs="Calibri Light"/>
          <w:sz w:val="28"/>
          <w:szCs w:val="28"/>
        </w:rPr>
      </w:pPr>
      <w:r w:rsidRPr="008209FB">
        <w:rPr>
          <w:rFonts w:ascii="Calibri Light" w:hAnsi="Calibri Light" w:cs="Calibri Light"/>
          <w:sz w:val="28"/>
          <w:szCs w:val="28"/>
        </w:rPr>
        <w:t xml:space="preserve">Where you have asked for information or assistance, </w:t>
      </w:r>
      <w:r w:rsidRPr="00930EC3">
        <w:rPr>
          <w:rFonts w:ascii="Segoe Print" w:hAnsi="Segoe Print" w:cs="Calibri Light"/>
          <w:color w:val="EBA900"/>
          <w:sz w:val="28"/>
          <w:szCs w:val="28"/>
        </w:rPr>
        <w:t>[N</w:t>
      </w:r>
      <w:r w:rsidR="00930EC3">
        <w:rPr>
          <w:rFonts w:ascii="Segoe Print" w:hAnsi="Segoe Print" w:cs="Calibri Light"/>
          <w:color w:val="EBA900"/>
          <w:sz w:val="28"/>
          <w:szCs w:val="28"/>
        </w:rPr>
        <w:t>ame</w:t>
      </w:r>
      <w:r w:rsidRPr="00930EC3">
        <w:rPr>
          <w:rFonts w:ascii="Segoe Print" w:hAnsi="Segoe Print" w:cs="Calibri Light"/>
          <w:color w:val="EBA900"/>
          <w:sz w:val="28"/>
          <w:szCs w:val="28"/>
        </w:rPr>
        <w:t>]</w:t>
      </w:r>
      <w:r w:rsidRPr="008209FB">
        <w:rPr>
          <w:rFonts w:ascii="Calibri Light" w:hAnsi="Calibri Light" w:cs="Calibri Light"/>
          <w:sz w:val="28"/>
          <w:szCs w:val="28"/>
        </w:rPr>
        <w:t xml:space="preserve"> will contact you confidentially.</w:t>
      </w:r>
    </w:p>
    <w:p w14:paraId="56AEE10A" w14:textId="54E56B82" w:rsidR="004A2D1D" w:rsidRPr="008209FB" w:rsidRDefault="00000000">
      <w:pPr>
        <w:pStyle w:val="PewBody"/>
        <w:keepLines/>
        <w:spacing w:after="140"/>
        <w:rPr>
          <w:rFonts w:ascii="Calibri Light" w:hAnsi="Calibri Light" w:cs="Calibri Light"/>
          <w:sz w:val="28"/>
          <w:szCs w:val="28"/>
        </w:rPr>
      </w:pPr>
      <w:r w:rsidRPr="008209FB">
        <w:rPr>
          <w:rFonts w:ascii="Calibri Light" w:hAnsi="Calibri Light" w:cs="Calibri Light"/>
          <w:sz w:val="28"/>
          <w:szCs w:val="28"/>
        </w:rPr>
        <w:t xml:space="preserve">Whatever your response has been, thank you for your part in the life of </w:t>
      </w:r>
      <w:r w:rsidRPr="00930EC3">
        <w:rPr>
          <w:rFonts w:ascii="Segoe Print" w:hAnsi="Segoe Print" w:cs="Calibri Light"/>
          <w:color w:val="EBA900"/>
          <w:sz w:val="28"/>
          <w:szCs w:val="28"/>
        </w:rPr>
        <w:t>[C</w:t>
      </w:r>
      <w:r w:rsidR="00930EC3">
        <w:rPr>
          <w:rFonts w:ascii="Segoe Print" w:hAnsi="Segoe Print" w:cs="Calibri Light"/>
          <w:color w:val="EBA900"/>
          <w:sz w:val="28"/>
          <w:szCs w:val="28"/>
        </w:rPr>
        <w:t>hurch Name</w:t>
      </w:r>
      <w:r w:rsidRPr="00930EC3">
        <w:rPr>
          <w:rFonts w:ascii="Segoe Print" w:hAnsi="Segoe Print" w:cs="Calibri Light"/>
          <w:color w:val="EBA900"/>
          <w:sz w:val="28"/>
          <w:szCs w:val="28"/>
        </w:rPr>
        <w:t>]</w:t>
      </w:r>
      <w:r w:rsidRPr="008209FB">
        <w:rPr>
          <w:rFonts w:ascii="Calibri Light" w:hAnsi="Calibri Light" w:cs="Calibri Light"/>
          <w:sz w:val="28"/>
          <w:szCs w:val="28"/>
        </w:rPr>
        <w:t xml:space="preserve"> and for all that you offer to God and to our community.</w:t>
      </w:r>
    </w:p>
    <w:p w14:paraId="37B0424B" w14:textId="77777777" w:rsidR="00810B9E" w:rsidRPr="008209FB" w:rsidRDefault="00000000">
      <w:pPr>
        <w:spacing w:after="240"/>
        <w:ind w:left="283" w:right="283"/>
        <w:jc w:val="center"/>
        <w:rPr>
          <w:rFonts w:ascii="Calibri Light" w:hAnsi="Calibri Light" w:cs="Calibri Light"/>
          <w:sz w:val="28"/>
          <w:szCs w:val="28"/>
        </w:rPr>
      </w:pPr>
      <w:r w:rsidRPr="008209FB">
        <w:rPr>
          <w:rFonts w:ascii="Calibri Light" w:hAnsi="Calibri Light" w:cs="Calibri Light"/>
          <w:sz w:val="28"/>
          <w:szCs w:val="28"/>
        </w:rPr>
        <w:t xml:space="preserve">‘All things come from you, and of your own do we give you.’ </w:t>
      </w:r>
    </w:p>
    <w:p w14:paraId="0DFC30DA" w14:textId="5DE8667A" w:rsidR="004A2D1D" w:rsidRPr="008209FB" w:rsidRDefault="00000000">
      <w:pPr>
        <w:spacing w:after="240"/>
        <w:ind w:left="283" w:right="283"/>
        <w:jc w:val="center"/>
        <w:rPr>
          <w:rFonts w:ascii="Calibri Light" w:hAnsi="Calibri Light" w:cs="Calibri Light"/>
          <w:sz w:val="24"/>
          <w:szCs w:val="24"/>
        </w:rPr>
      </w:pPr>
      <w:r w:rsidRPr="008209FB">
        <w:rPr>
          <w:rFonts w:ascii="Calibri Light" w:hAnsi="Calibri Light" w:cs="Calibri Light"/>
          <w:color w:val="666666"/>
          <w:sz w:val="24"/>
          <w:szCs w:val="24"/>
        </w:rPr>
        <w:t>(1 Chronicles 29.14)</w:t>
      </w:r>
    </w:p>
    <w:p w14:paraId="1EEAC41C" w14:textId="77777777" w:rsidR="004A2D1D" w:rsidRPr="008209FB" w:rsidRDefault="004A2D1D">
      <w:pPr>
        <w:pBdr>
          <w:bottom w:val="single" w:sz="10" w:space="1" w:color="EBA900"/>
        </w:pBdr>
        <w:spacing w:after="140"/>
        <w:rPr>
          <w:rFonts w:ascii="Calibri Light" w:hAnsi="Calibri Light" w:cs="Calibri Light"/>
        </w:rPr>
      </w:pPr>
    </w:p>
    <w:p w14:paraId="3BB7DEBE" w14:textId="17E8ED54" w:rsidR="00B032D9" w:rsidRPr="008209FB" w:rsidRDefault="00000000">
      <w:pPr>
        <w:pStyle w:val="PewSubheading"/>
        <w:spacing w:before="0"/>
        <w:rPr>
          <w:rFonts w:ascii="Calibri Light" w:hAnsi="Calibri Light" w:cs="Calibri Light"/>
          <w:bCs/>
          <w:sz w:val="32"/>
          <w:szCs w:val="32"/>
        </w:rPr>
      </w:pPr>
      <w:r w:rsidRPr="008209FB">
        <w:rPr>
          <w:rFonts w:ascii="Calibri Light" w:hAnsi="Calibri Light" w:cs="Calibri Light"/>
          <w:bCs/>
          <w:sz w:val="32"/>
          <w:szCs w:val="32"/>
        </w:rPr>
        <w:t xml:space="preserve">Returning </w:t>
      </w:r>
      <w:r w:rsidR="00BC5AB9">
        <w:rPr>
          <w:rFonts w:ascii="Calibri Light" w:hAnsi="Calibri Light" w:cs="Calibri Light"/>
          <w:bCs/>
          <w:sz w:val="32"/>
          <w:szCs w:val="32"/>
        </w:rPr>
        <w:t>y</w:t>
      </w:r>
      <w:r w:rsidRPr="008209FB">
        <w:rPr>
          <w:rFonts w:ascii="Calibri Light" w:hAnsi="Calibri Light" w:cs="Calibri Light"/>
          <w:bCs/>
          <w:sz w:val="32"/>
          <w:szCs w:val="32"/>
        </w:rPr>
        <w:t>our response</w:t>
      </w:r>
    </w:p>
    <w:p w14:paraId="48517B56" w14:textId="64F7F61A" w:rsidR="004A2D1D" w:rsidRPr="008209FB" w:rsidRDefault="00000000">
      <w:pPr>
        <w:pStyle w:val="PewSmall"/>
        <w:spacing w:after="80"/>
        <w:rPr>
          <w:rFonts w:ascii="Calibri Light" w:hAnsi="Calibri Light" w:cs="Calibri Light"/>
          <w:sz w:val="28"/>
          <w:szCs w:val="28"/>
        </w:rPr>
      </w:pPr>
      <w:r w:rsidRPr="008209FB">
        <w:rPr>
          <w:rFonts w:ascii="Calibri Light" w:hAnsi="Calibri Light" w:cs="Calibri Light"/>
          <w:sz w:val="28"/>
          <w:szCs w:val="28"/>
        </w:rPr>
        <w:t xml:space="preserve">Please return this booklet in the envelope </w:t>
      </w:r>
      <w:r w:rsidR="00293E4B" w:rsidRPr="00FF5A26">
        <w:rPr>
          <w:rFonts w:ascii="Wingdings" w:hAnsi="Wingdings" w:cs="Calibri Light"/>
          <w:color w:val="FFC000"/>
          <w:sz w:val="32"/>
          <w:szCs w:val="32"/>
        </w:rPr>
        <w:t>*</w:t>
      </w:r>
      <w:r w:rsidR="00293E4B" w:rsidRPr="00FF5A26">
        <w:rPr>
          <w:rFonts w:ascii="Calibri Light" w:hAnsi="Calibri Light" w:cs="Calibri Light"/>
          <w:color w:val="FFC000"/>
          <w:sz w:val="32"/>
          <w:szCs w:val="32"/>
        </w:rPr>
        <w:t xml:space="preserve"> </w:t>
      </w:r>
      <w:r w:rsidRPr="008209FB">
        <w:rPr>
          <w:rFonts w:ascii="Calibri Light" w:hAnsi="Calibri Light" w:cs="Calibri Light"/>
          <w:sz w:val="28"/>
          <w:szCs w:val="28"/>
        </w:rPr>
        <w:t xml:space="preserve">provided to </w:t>
      </w:r>
      <w:r w:rsidRPr="00930EC3">
        <w:rPr>
          <w:rFonts w:ascii="Segoe Print" w:hAnsi="Segoe Print" w:cs="Calibri Light"/>
          <w:color w:val="EBA900"/>
          <w:sz w:val="28"/>
          <w:szCs w:val="28"/>
        </w:rPr>
        <w:t>[N</w:t>
      </w:r>
      <w:r w:rsidR="00930EC3" w:rsidRPr="00930EC3">
        <w:rPr>
          <w:rFonts w:ascii="Segoe Print" w:hAnsi="Segoe Print" w:cs="Calibri Light"/>
          <w:color w:val="EBA900"/>
          <w:sz w:val="28"/>
          <w:szCs w:val="28"/>
        </w:rPr>
        <w:t>ame/Role</w:t>
      </w:r>
      <w:r w:rsidRPr="00930EC3">
        <w:rPr>
          <w:rFonts w:ascii="Segoe Print" w:hAnsi="Segoe Print" w:cs="Calibri Light"/>
          <w:color w:val="EBA900"/>
          <w:sz w:val="28"/>
          <w:szCs w:val="28"/>
        </w:rPr>
        <w:t>]</w:t>
      </w:r>
      <w:r w:rsidRPr="008209FB">
        <w:rPr>
          <w:rFonts w:ascii="Calibri Light" w:hAnsi="Calibri Light" w:cs="Calibri Light"/>
          <w:sz w:val="28"/>
          <w:szCs w:val="28"/>
        </w:rPr>
        <w:t xml:space="preserve"> by </w:t>
      </w:r>
      <w:r w:rsidRPr="00930EC3">
        <w:rPr>
          <w:rFonts w:ascii="Segoe Print" w:hAnsi="Segoe Print" w:cs="Calibri Light"/>
          <w:color w:val="EBA900"/>
          <w:sz w:val="28"/>
          <w:szCs w:val="28"/>
        </w:rPr>
        <w:t>[D</w:t>
      </w:r>
      <w:r w:rsidR="00930EC3" w:rsidRPr="00930EC3">
        <w:rPr>
          <w:rFonts w:ascii="Segoe Print" w:hAnsi="Segoe Print" w:cs="Calibri Light"/>
          <w:color w:val="EBA900"/>
          <w:sz w:val="28"/>
          <w:szCs w:val="28"/>
        </w:rPr>
        <w:t>ate</w:t>
      </w:r>
      <w:r w:rsidRPr="00930EC3">
        <w:rPr>
          <w:rFonts w:ascii="Segoe Print" w:hAnsi="Segoe Print" w:cs="Calibri Light"/>
          <w:color w:val="EBA900"/>
          <w:sz w:val="28"/>
          <w:szCs w:val="28"/>
        </w:rPr>
        <w:t>].</w:t>
      </w:r>
    </w:p>
    <w:p w14:paraId="2E3A6202" w14:textId="77777777" w:rsidR="008209FB" w:rsidRPr="008209FB" w:rsidRDefault="008209FB">
      <w:pPr>
        <w:pStyle w:val="PewSmall"/>
        <w:spacing w:after="80"/>
        <w:rPr>
          <w:rFonts w:ascii="Calibri Light" w:hAnsi="Calibri Light" w:cs="Calibri Light"/>
          <w:sz w:val="28"/>
          <w:szCs w:val="28"/>
        </w:rPr>
      </w:pPr>
    </w:p>
    <w:p w14:paraId="78F5785E" w14:textId="7923EAA6" w:rsidR="004A2D1D" w:rsidRPr="008209FB" w:rsidRDefault="00000000">
      <w:pPr>
        <w:pStyle w:val="PewSmall"/>
        <w:spacing w:after="0"/>
        <w:rPr>
          <w:rFonts w:ascii="Calibri Light" w:hAnsi="Calibri Light" w:cs="Calibri Light"/>
          <w:sz w:val="28"/>
          <w:szCs w:val="28"/>
        </w:rPr>
      </w:pPr>
      <w:r w:rsidRPr="008209FB">
        <w:rPr>
          <w:rFonts w:ascii="Calibri Light" w:hAnsi="Calibri Light" w:cs="Calibri Light"/>
          <w:sz w:val="28"/>
          <w:szCs w:val="28"/>
        </w:rPr>
        <w:t xml:space="preserve">Please do not </w:t>
      </w:r>
      <w:r w:rsidR="00B032D9">
        <w:rPr>
          <w:rFonts w:ascii="Calibri Light" w:hAnsi="Calibri Light" w:cs="Calibri Light"/>
          <w:sz w:val="28"/>
          <w:szCs w:val="28"/>
        </w:rPr>
        <w:t>enter</w:t>
      </w:r>
      <w:r w:rsidRPr="008209FB">
        <w:rPr>
          <w:rFonts w:ascii="Calibri Light" w:hAnsi="Calibri Light" w:cs="Calibri Light"/>
          <w:sz w:val="28"/>
          <w:szCs w:val="28"/>
        </w:rPr>
        <w:t xml:space="preserve"> bank or card details on this form. </w:t>
      </w:r>
      <w:r w:rsidR="00B032D9">
        <w:rPr>
          <w:rFonts w:ascii="Calibri Light" w:hAnsi="Calibri Light" w:cs="Calibri Light"/>
          <w:sz w:val="28"/>
          <w:szCs w:val="28"/>
        </w:rPr>
        <w:t>The</w:t>
      </w:r>
      <w:r w:rsidRPr="008209FB">
        <w:rPr>
          <w:rFonts w:ascii="Calibri Light" w:hAnsi="Calibri Light" w:cs="Calibri Light"/>
          <w:sz w:val="28"/>
          <w:szCs w:val="28"/>
        </w:rPr>
        <w:t xml:space="preserve"> </w:t>
      </w:r>
      <w:r w:rsidR="00B032D9">
        <w:rPr>
          <w:rFonts w:ascii="Calibri Light" w:hAnsi="Calibri Light" w:cs="Calibri Light"/>
          <w:sz w:val="28"/>
          <w:szCs w:val="28"/>
        </w:rPr>
        <w:t>information you provide</w:t>
      </w:r>
      <w:r w:rsidRPr="008209FB">
        <w:rPr>
          <w:rFonts w:ascii="Calibri Light" w:hAnsi="Calibri Light" w:cs="Calibri Light"/>
          <w:sz w:val="28"/>
          <w:szCs w:val="28"/>
        </w:rPr>
        <w:t xml:space="preserve"> will be used only to respond to your request and administer your giving.</w:t>
      </w:r>
    </w:p>
    <w:sectPr w:rsidR="004A2D1D" w:rsidRPr="008209FB" w:rsidSect="00034616">
      <w:headerReference w:type="even" r:id="rId9"/>
      <w:headerReference w:type="default" r:id="rId10"/>
      <w:footerReference w:type="even" r:id="rId11"/>
      <w:footerReference w:type="default" r:id="rId12"/>
      <w:headerReference w:type="first" r:id="rId13"/>
      <w:footerReference w:type="first" r:id="rId14"/>
      <w:pgSz w:w="8391" w:h="11906"/>
      <w:pgMar w:top="709" w:right="709" w:bottom="709" w:left="709"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CC1EE0" w14:textId="77777777" w:rsidR="00175B64" w:rsidRDefault="00175B64">
      <w:pPr>
        <w:spacing w:after="0" w:line="240" w:lineRule="auto"/>
      </w:pPr>
      <w:r>
        <w:separator/>
      </w:r>
    </w:p>
  </w:endnote>
  <w:endnote w:type="continuationSeparator" w:id="0">
    <w:p w14:paraId="41EDAE50" w14:textId="77777777" w:rsidR="00175B64" w:rsidRDefault="0017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Print">
    <w:panose1 w:val="020008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E07F2" w14:textId="77777777" w:rsidR="00A74A6A" w:rsidRDefault="00A74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91B2FD" w14:textId="06CB1A38" w:rsidR="004A2D1D" w:rsidRDefault="0036377A" w:rsidP="0036377A">
    <w:pPr>
      <w:pStyle w:val="Footer"/>
      <w:jc w:val="center"/>
    </w:pPr>
    <w:r>
      <w:rPr>
        <w:noProof/>
      </w:rPr>
      <w:drawing>
        <wp:anchor distT="0" distB="0" distL="114300" distR="114300" simplePos="0" relativeHeight="251658240" behindDoc="1" locked="0" layoutInCell="1" allowOverlap="1" wp14:anchorId="38B9992E" wp14:editId="5506AD94">
          <wp:simplePos x="0" y="0"/>
          <wp:positionH relativeFrom="column">
            <wp:posOffset>1930400</wp:posOffset>
          </wp:positionH>
          <wp:positionV relativeFrom="paragraph">
            <wp:posOffset>-321907</wp:posOffset>
          </wp:positionV>
          <wp:extent cx="560705" cy="614680"/>
          <wp:effectExtent l="0" t="0" r="0" b="0"/>
          <wp:wrapTight wrapText="bothSides">
            <wp:wrapPolygon edited="0">
              <wp:start x="0" y="0"/>
              <wp:lineTo x="0" y="20975"/>
              <wp:lineTo x="21037" y="20975"/>
              <wp:lineTo x="21037" y="0"/>
              <wp:lineTo x="0" y="0"/>
            </wp:wrapPolygon>
          </wp:wrapTight>
          <wp:docPr id="39066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64573" name="Picture 390664573"/>
                  <pic:cNvPicPr/>
                </pic:nvPicPr>
                <pic:blipFill>
                  <a:blip r:embed="rId1"/>
                  <a:stretch>
                    <a:fillRect/>
                  </a:stretch>
                </pic:blipFill>
                <pic:spPr>
                  <a:xfrm>
                    <a:off x="0" y="0"/>
                    <a:ext cx="560705" cy="61468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066C0D" w14:textId="77777777" w:rsidR="00A74A6A" w:rsidRDefault="00A74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6F4B8E" w14:textId="77777777" w:rsidR="00175B64" w:rsidRDefault="00175B64">
      <w:pPr>
        <w:spacing w:after="0" w:line="240" w:lineRule="auto"/>
      </w:pPr>
      <w:r>
        <w:separator/>
      </w:r>
    </w:p>
  </w:footnote>
  <w:footnote w:type="continuationSeparator" w:id="0">
    <w:p w14:paraId="4F8E773C" w14:textId="77777777" w:rsidR="00175B64" w:rsidRDefault="00175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3CAD0A" w14:textId="77777777" w:rsidR="00A74A6A" w:rsidRDefault="00A74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57FF8" w14:textId="77777777" w:rsidR="00A74A6A" w:rsidRDefault="00A74A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8837D" w14:textId="77777777" w:rsidR="00A74A6A" w:rsidRDefault="00A74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3486103">
    <w:abstractNumId w:val="8"/>
  </w:num>
  <w:num w:numId="2" w16cid:durableId="436755252">
    <w:abstractNumId w:val="6"/>
  </w:num>
  <w:num w:numId="3" w16cid:durableId="772358646">
    <w:abstractNumId w:val="5"/>
  </w:num>
  <w:num w:numId="4" w16cid:durableId="1538544770">
    <w:abstractNumId w:val="4"/>
  </w:num>
  <w:num w:numId="5" w16cid:durableId="1309748353">
    <w:abstractNumId w:val="7"/>
  </w:num>
  <w:num w:numId="6" w16cid:durableId="380329466">
    <w:abstractNumId w:val="3"/>
  </w:num>
  <w:num w:numId="7" w16cid:durableId="1857384188">
    <w:abstractNumId w:val="2"/>
  </w:num>
  <w:num w:numId="8" w16cid:durableId="1623655351">
    <w:abstractNumId w:val="1"/>
  </w:num>
  <w:num w:numId="9" w16cid:durableId="2494617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5B64"/>
    <w:rsid w:val="001B7C25"/>
    <w:rsid w:val="00275BE4"/>
    <w:rsid w:val="00293E4B"/>
    <w:rsid w:val="0029639D"/>
    <w:rsid w:val="002C70A6"/>
    <w:rsid w:val="00316DEB"/>
    <w:rsid w:val="00326F90"/>
    <w:rsid w:val="0036377A"/>
    <w:rsid w:val="003907E2"/>
    <w:rsid w:val="003C092C"/>
    <w:rsid w:val="00444A37"/>
    <w:rsid w:val="004A2D1D"/>
    <w:rsid w:val="004D6329"/>
    <w:rsid w:val="004F474A"/>
    <w:rsid w:val="00577E96"/>
    <w:rsid w:val="005964C6"/>
    <w:rsid w:val="006157EB"/>
    <w:rsid w:val="00680A8B"/>
    <w:rsid w:val="00782EB1"/>
    <w:rsid w:val="007E317F"/>
    <w:rsid w:val="00810B9E"/>
    <w:rsid w:val="008209FB"/>
    <w:rsid w:val="008F6E46"/>
    <w:rsid w:val="00930EC3"/>
    <w:rsid w:val="0098723D"/>
    <w:rsid w:val="00A461F5"/>
    <w:rsid w:val="00A4768F"/>
    <w:rsid w:val="00A74A6A"/>
    <w:rsid w:val="00AA1D8D"/>
    <w:rsid w:val="00B032D9"/>
    <w:rsid w:val="00B47730"/>
    <w:rsid w:val="00BA4D15"/>
    <w:rsid w:val="00BC5AB9"/>
    <w:rsid w:val="00C963DE"/>
    <w:rsid w:val="00CB0664"/>
    <w:rsid w:val="00E206A1"/>
    <w:rsid w:val="00E20D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583A76"/>
  <w14:defaultImageDpi w14:val="300"/>
  <w15:docId w15:val="{0631C647-73CD-8449-B75D-D9B4BE35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4" w:line="254" w:lineRule="auto"/>
    </w:pPr>
    <w:rPr>
      <w:rFonts w:ascii="Times New Roman" w:hAnsi="Times New Roman"/>
      <w:color w:val="2D2D2D"/>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ewTitle">
    <w:name w:val="Pew Title"/>
    <w:pPr>
      <w:keepNext/>
      <w:spacing w:after="140" w:line="240" w:lineRule="auto"/>
      <w:jc w:val="center"/>
    </w:pPr>
    <w:rPr>
      <w:rFonts w:ascii="Calibri" w:hAnsi="Calibri"/>
      <w:b/>
      <w:color w:val="EBA900"/>
      <w:sz w:val="56"/>
    </w:rPr>
  </w:style>
  <w:style w:type="paragraph" w:customStyle="1" w:styleId="PewSubtitle">
    <w:name w:val="Pew Subtitle"/>
    <w:pPr>
      <w:keepNext/>
      <w:spacing w:after="360" w:line="259" w:lineRule="auto"/>
      <w:jc w:val="center"/>
    </w:pPr>
    <w:rPr>
      <w:rFonts w:ascii="Times New Roman" w:hAnsi="Times New Roman"/>
      <w:i/>
      <w:color w:val="2D2D2D"/>
      <w:sz w:val="24"/>
    </w:rPr>
  </w:style>
  <w:style w:type="paragraph" w:customStyle="1" w:styleId="PewHeading">
    <w:name w:val="Pew Heading"/>
    <w:pPr>
      <w:keepNext/>
      <w:spacing w:after="160" w:line="240" w:lineRule="auto"/>
    </w:pPr>
    <w:rPr>
      <w:rFonts w:ascii="Calibri" w:hAnsi="Calibri"/>
      <w:b/>
      <w:color w:val="EBA900"/>
      <w:sz w:val="35"/>
    </w:rPr>
  </w:style>
  <w:style w:type="paragraph" w:customStyle="1" w:styleId="PewSubheading">
    <w:name w:val="Pew Subheading"/>
    <w:pPr>
      <w:keepNext/>
      <w:spacing w:before="80" w:after="80" w:line="240" w:lineRule="auto"/>
    </w:pPr>
    <w:rPr>
      <w:rFonts w:ascii="Calibri" w:hAnsi="Calibri"/>
      <w:b/>
      <w:color w:val="EBA900"/>
      <w:sz w:val="20"/>
    </w:rPr>
  </w:style>
  <w:style w:type="paragraph" w:customStyle="1" w:styleId="PewBody">
    <w:name w:val="Pew Body"/>
    <w:pPr>
      <w:spacing w:after="104" w:line="254" w:lineRule="auto"/>
    </w:pPr>
    <w:rPr>
      <w:rFonts w:ascii="Times New Roman" w:hAnsi="Times New Roman"/>
      <w:color w:val="2D2D2D"/>
      <w:sz w:val="21"/>
    </w:rPr>
  </w:style>
  <w:style w:type="paragraph" w:customStyle="1" w:styleId="PewSmall">
    <w:name w:val="Pew Small"/>
    <w:pPr>
      <w:spacing w:after="60" w:line="247" w:lineRule="auto"/>
    </w:pPr>
    <w:rPr>
      <w:rFonts w:ascii="Times New Roman" w:hAnsi="Times New Roman"/>
      <w:color w:val="666666"/>
      <w:sz w:val="18"/>
    </w:rPr>
  </w:style>
  <w:style w:type="paragraph" w:customStyle="1" w:styleId="PewFormText">
    <w:name w:val="Pew Form Text"/>
    <w:pPr>
      <w:spacing w:after="0" w:line="247" w:lineRule="auto"/>
    </w:pPr>
    <w:rPr>
      <w:rFonts w:ascii="Times New Roman" w:hAnsi="Times New Roman"/>
      <w:color w:val="2D2D2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579</Words>
  <Characters>2809</Characters>
  <Application>Microsoft Office Word</Application>
  <DocSecurity>0</DocSecurity>
  <Lines>87</Lines>
  <Paragraphs>65</Paragraphs>
  <ScaleCrop>false</ScaleCrop>
  <HeadingPairs>
    <vt:vector size="2" baseType="variant">
      <vt:variant>
        <vt:lpstr>Title</vt:lpstr>
      </vt:variant>
      <vt:variant>
        <vt:i4>1</vt:i4>
      </vt:variant>
    </vt:vector>
  </HeadingPairs>
  <TitlesOfParts>
    <vt:vector size="1" baseType="lpstr">
      <vt:lpstr>Our Offering – four-page pew booklet</vt:lpstr>
    </vt:vector>
  </TitlesOfParts>
  <Manager/>
  <Company/>
  <LinksUpToDate>false</LinksUpToDate>
  <CharactersWithSpaces>3323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Offering – four-page pew booklet</dc:title>
  <dc:subject>Editable A5 pew booklet for printing on A4</dc:subject>
  <dc:creator>G L</dc:creator>
  <cp:keywords>pew sheet, giving, offertory, booklet</cp:keywords>
  <dc:description/>
  <cp:lastModifiedBy>G L</cp:lastModifiedBy>
  <cp:revision>6</cp:revision>
  <cp:lastPrinted>2026-07-15T14:40:00Z</cp:lastPrinted>
  <dcterms:created xsi:type="dcterms:W3CDTF">2026-07-15T14:40:00Z</dcterms:created>
  <dcterms:modified xsi:type="dcterms:W3CDTF">2026-07-15T14:59:00Z</dcterms:modified>
  <cp:category/>
</cp:coreProperties>
</file>